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5730C" w14:textId="134D5F11" w:rsidR="005A49C7" w:rsidRDefault="00000000">
      <w:pPr>
        <w:pStyle w:val="aa"/>
        <w:jc w:val="center"/>
      </w:pPr>
      <w:proofErr w:type="spellStart"/>
      <w:r>
        <w:t>רשימת</w:t>
      </w:r>
      <w:proofErr w:type="spellEnd"/>
      <w:r>
        <w:t xml:space="preserve"> </w:t>
      </w:r>
      <w:proofErr w:type="spellStart"/>
      <w:r>
        <w:t>מלונות</w:t>
      </w:r>
      <w:proofErr w:type="spellEnd"/>
      <w:r>
        <w:t xml:space="preserve"> </w:t>
      </w:r>
      <w:r w:rsidR="00A747C7">
        <w:rPr>
          <w:rFonts w:hint="cs"/>
          <w:rtl/>
          <w:lang w:bidi="he-IL"/>
        </w:rPr>
        <w:t>4 כוכבים</w:t>
      </w:r>
      <w:r>
        <w:t xml:space="preserve">- </w:t>
      </w:r>
      <w:proofErr w:type="spellStart"/>
      <w:r>
        <w:t>ויאטנם</w:t>
      </w:r>
      <w:proofErr w:type="spellEnd"/>
      <w:r>
        <w:t xml:space="preserve"> </w:t>
      </w:r>
      <w:proofErr w:type="spellStart"/>
      <w:r>
        <w:t>וקמבודיה</w:t>
      </w:r>
      <w:proofErr w:type="spellEnd"/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1440"/>
        <w:gridCol w:w="1440"/>
        <w:gridCol w:w="1440"/>
        <w:gridCol w:w="1440"/>
        <w:gridCol w:w="1440"/>
        <w:gridCol w:w="1440"/>
      </w:tblGrid>
      <w:tr w:rsidR="005A49C7" w14:paraId="66EBF16A" w14:textId="77777777">
        <w:tc>
          <w:tcPr>
            <w:tcW w:w="1440" w:type="dxa"/>
          </w:tcPr>
          <w:p w14:paraId="666B5585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עיר</w:t>
            </w:r>
            <w:proofErr w:type="spellEnd"/>
          </w:p>
        </w:tc>
        <w:tc>
          <w:tcPr>
            <w:tcW w:w="1440" w:type="dxa"/>
          </w:tcPr>
          <w:p w14:paraId="3EBCB811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1</w:t>
            </w:r>
          </w:p>
        </w:tc>
        <w:tc>
          <w:tcPr>
            <w:tcW w:w="1440" w:type="dxa"/>
          </w:tcPr>
          <w:p w14:paraId="68EE3B77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2</w:t>
            </w:r>
          </w:p>
        </w:tc>
        <w:tc>
          <w:tcPr>
            <w:tcW w:w="1440" w:type="dxa"/>
          </w:tcPr>
          <w:p w14:paraId="166C3586" w14:textId="77777777" w:rsidR="005A49C7" w:rsidRDefault="00000000">
            <w:pPr>
              <w:jc w:val="center"/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3</w:t>
            </w:r>
          </w:p>
        </w:tc>
        <w:tc>
          <w:tcPr>
            <w:tcW w:w="1440" w:type="dxa"/>
          </w:tcPr>
          <w:p w14:paraId="5EA3C788" w14:textId="77777777" w:rsidR="005A49C7" w:rsidRDefault="00000000">
            <w:pPr>
              <w:jc w:val="center"/>
              <w:rPr>
                <w:b/>
                <w:rtl/>
                <w:lang w:bidi="he-IL"/>
              </w:rPr>
            </w:pPr>
            <w:proofErr w:type="spellStart"/>
            <w:r>
              <w:rPr>
                <w:b/>
              </w:rPr>
              <w:t>מלון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נבחר</w:t>
            </w:r>
            <w:proofErr w:type="spellEnd"/>
          </w:p>
          <w:p w14:paraId="504E21BB" w14:textId="1F1EE12D" w:rsidR="00A747C7" w:rsidRDefault="00A747C7">
            <w:pPr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פרץ</w:t>
            </w:r>
          </w:p>
        </w:tc>
        <w:tc>
          <w:tcPr>
            <w:tcW w:w="1440" w:type="dxa"/>
          </w:tcPr>
          <w:p w14:paraId="7ECC979B" w14:textId="77777777" w:rsidR="005A49C7" w:rsidRDefault="00A747C7">
            <w:pPr>
              <w:jc w:val="center"/>
              <w:rPr>
                <w:b/>
                <w:rtl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מלון נבחר</w:t>
            </w:r>
          </w:p>
          <w:p w14:paraId="6070EAC8" w14:textId="0959E781" w:rsidR="00A747C7" w:rsidRDefault="00A747C7">
            <w:pPr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b/>
                <w:rtl/>
                <w:lang w:bidi="he-IL"/>
              </w:rPr>
              <w:t>סבג</w:t>
            </w:r>
          </w:p>
        </w:tc>
      </w:tr>
      <w:tr w:rsidR="005A49C7" w14:paraId="55FE8924" w14:textId="77777777">
        <w:tc>
          <w:tcPr>
            <w:tcW w:w="1440" w:type="dxa"/>
          </w:tcPr>
          <w:p w14:paraId="04996BE5" w14:textId="77777777" w:rsidR="005A49C7" w:rsidRDefault="00000000">
            <w:pPr>
              <w:jc w:val="center"/>
            </w:pPr>
            <w:r>
              <w:t>Hanoi</w:t>
            </w:r>
          </w:p>
        </w:tc>
        <w:tc>
          <w:tcPr>
            <w:tcW w:w="1440" w:type="dxa"/>
          </w:tcPr>
          <w:p w14:paraId="0CCCD163" w14:textId="77777777" w:rsidR="005A49C7" w:rsidRDefault="00000000">
            <w:pPr>
              <w:jc w:val="center"/>
            </w:pPr>
            <w:r>
              <w:t>Lion boutique hotel</w:t>
            </w:r>
          </w:p>
        </w:tc>
        <w:tc>
          <w:tcPr>
            <w:tcW w:w="1440" w:type="dxa"/>
          </w:tcPr>
          <w:p w14:paraId="2889885A" w14:textId="77777777" w:rsidR="005A49C7" w:rsidRDefault="00000000">
            <w:pPr>
              <w:jc w:val="center"/>
            </w:pPr>
            <w:r>
              <w:t>Hanoi pearl hotel</w:t>
            </w:r>
          </w:p>
        </w:tc>
        <w:tc>
          <w:tcPr>
            <w:tcW w:w="1440" w:type="dxa"/>
          </w:tcPr>
          <w:p w14:paraId="3F409FD0" w14:textId="77777777" w:rsidR="005A49C7" w:rsidRDefault="00000000">
            <w:pPr>
              <w:jc w:val="center"/>
            </w:pPr>
            <w:r>
              <w:t>Aurora premium hotel</w:t>
            </w:r>
          </w:p>
        </w:tc>
        <w:tc>
          <w:tcPr>
            <w:tcW w:w="1440" w:type="dxa"/>
          </w:tcPr>
          <w:p w14:paraId="2D3FD477" w14:textId="7B5FA0B6" w:rsidR="005A49C7" w:rsidRDefault="00B35F91">
            <w:pPr>
              <w:jc w:val="center"/>
            </w:pPr>
            <w:r>
              <w:t>Lion boutique hotel</w:t>
            </w:r>
          </w:p>
        </w:tc>
        <w:tc>
          <w:tcPr>
            <w:tcW w:w="1440" w:type="dxa"/>
          </w:tcPr>
          <w:p w14:paraId="04C6B446" w14:textId="47479FB1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67B5C34A" w14:textId="77777777">
        <w:tc>
          <w:tcPr>
            <w:tcW w:w="1440" w:type="dxa"/>
          </w:tcPr>
          <w:p w14:paraId="20E00E42" w14:textId="77777777" w:rsidR="005A49C7" w:rsidRDefault="00000000">
            <w:pPr>
              <w:jc w:val="center"/>
            </w:pPr>
            <w:r>
              <w:t>Sapa</w:t>
            </w:r>
          </w:p>
        </w:tc>
        <w:tc>
          <w:tcPr>
            <w:tcW w:w="1440" w:type="dxa"/>
          </w:tcPr>
          <w:p w14:paraId="4E8FCE32" w14:textId="77777777" w:rsidR="005A49C7" w:rsidRDefault="00000000">
            <w:pPr>
              <w:jc w:val="center"/>
            </w:pPr>
            <w:r>
              <w:t>Sapa Bamboo hotel</w:t>
            </w:r>
          </w:p>
        </w:tc>
        <w:tc>
          <w:tcPr>
            <w:tcW w:w="1440" w:type="dxa"/>
          </w:tcPr>
          <w:p w14:paraId="7DE6344B" w14:textId="77777777" w:rsidR="005A49C7" w:rsidRDefault="00000000">
            <w:pPr>
              <w:jc w:val="center"/>
            </w:pPr>
            <w:r>
              <w:t>Amazing hotel</w:t>
            </w:r>
          </w:p>
        </w:tc>
        <w:tc>
          <w:tcPr>
            <w:tcW w:w="1440" w:type="dxa"/>
          </w:tcPr>
          <w:p w14:paraId="0371232D" w14:textId="77777777" w:rsidR="005A49C7" w:rsidRDefault="00000000">
            <w:pPr>
              <w:jc w:val="center"/>
            </w:pPr>
            <w:proofErr w:type="spellStart"/>
            <w:r>
              <w:t>Pitaschio</w:t>
            </w:r>
            <w:proofErr w:type="spellEnd"/>
            <w:r>
              <w:t xml:space="preserve"> Sapa hotel</w:t>
            </w:r>
          </w:p>
        </w:tc>
        <w:tc>
          <w:tcPr>
            <w:tcW w:w="1440" w:type="dxa"/>
          </w:tcPr>
          <w:p w14:paraId="265F27A0" w14:textId="5D9FBCFB" w:rsidR="005A49C7" w:rsidRDefault="00B35F91">
            <w:pPr>
              <w:jc w:val="center"/>
            </w:pPr>
            <w:proofErr w:type="spellStart"/>
            <w:r>
              <w:t>Pitaschio</w:t>
            </w:r>
            <w:proofErr w:type="spellEnd"/>
            <w:r>
              <w:t xml:space="preserve"> Sapa hotel</w:t>
            </w:r>
          </w:p>
        </w:tc>
        <w:tc>
          <w:tcPr>
            <w:tcW w:w="1440" w:type="dxa"/>
          </w:tcPr>
          <w:p w14:paraId="2B7FFA65" w14:textId="3BA5CD1B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766C41A" w14:textId="77777777">
        <w:tc>
          <w:tcPr>
            <w:tcW w:w="1440" w:type="dxa"/>
          </w:tcPr>
          <w:p w14:paraId="4311DC7A" w14:textId="77777777" w:rsidR="005A49C7" w:rsidRDefault="00000000">
            <w:pPr>
              <w:jc w:val="center"/>
            </w:pPr>
            <w:r>
              <w:t>Ninh Binh</w:t>
            </w:r>
          </w:p>
        </w:tc>
        <w:tc>
          <w:tcPr>
            <w:tcW w:w="1440" w:type="dxa"/>
          </w:tcPr>
          <w:p w14:paraId="1F44120F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Hidden charm hotel</w:t>
            </w:r>
          </w:p>
        </w:tc>
        <w:tc>
          <w:tcPr>
            <w:tcW w:w="1440" w:type="dxa"/>
          </w:tcPr>
          <w:p w14:paraId="117585D8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Horizon retreat</w:t>
            </w:r>
          </w:p>
        </w:tc>
        <w:tc>
          <w:tcPr>
            <w:tcW w:w="1440" w:type="dxa"/>
          </w:tcPr>
          <w:p w14:paraId="649C7261" w14:textId="77777777" w:rsidR="005A49C7" w:rsidRDefault="00000000">
            <w:pPr>
              <w:jc w:val="center"/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wonderland Lodge</w:t>
            </w:r>
          </w:p>
        </w:tc>
        <w:tc>
          <w:tcPr>
            <w:tcW w:w="1440" w:type="dxa"/>
          </w:tcPr>
          <w:p w14:paraId="60DCD4F1" w14:textId="73B156FD" w:rsidR="005A49C7" w:rsidRDefault="00F95D35">
            <w:pPr>
              <w:jc w:val="center"/>
              <w:rPr>
                <w:lang w:bidi="he-IL"/>
              </w:rPr>
            </w:pPr>
            <w:r>
              <w:t xml:space="preserve">Tam </w:t>
            </w:r>
            <w:proofErr w:type="spellStart"/>
            <w:r>
              <w:t>coc</w:t>
            </w:r>
            <w:proofErr w:type="spellEnd"/>
            <w:r>
              <w:t xml:space="preserve"> Horizon retreat</w:t>
            </w:r>
          </w:p>
        </w:tc>
        <w:tc>
          <w:tcPr>
            <w:tcW w:w="1440" w:type="dxa"/>
          </w:tcPr>
          <w:p w14:paraId="12E21C5C" w14:textId="794F7F00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5BB8154E" w14:textId="77777777">
        <w:tc>
          <w:tcPr>
            <w:tcW w:w="1440" w:type="dxa"/>
          </w:tcPr>
          <w:p w14:paraId="0C7DC249" w14:textId="77777777" w:rsidR="005A49C7" w:rsidRDefault="00000000">
            <w:pPr>
              <w:jc w:val="center"/>
            </w:pPr>
            <w:r>
              <w:t>Hue</w:t>
            </w:r>
          </w:p>
        </w:tc>
        <w:tc>
          <w:tcPr>
            <w:tcW w:w="1440" w:type="dxa"/>
          </w:tcPr>
          <w:p w14:paraId="4F931DC5" w14:textId="77777777" w:rsidR="005A49C7" w:rsidRDefault="00000000">
            <w:pPr>
              <w:jc w:val="center"/>
            </w:pPr>
            <w:r>
              <w:t>Eldora hue hotel</w:t>
            </w:r>
          </w:p>
        </w:tc>
        <w:tc>
          <w:tcPr>
            <w:tcW w:w="1440" w:type="dxa"/>
          </w:tcPr>
          <w:p w14:paraId="59E9F1B2" w14:textId="77777777" w:rsidR="005A49C7" w:rsidRDefault="00000000">
            <w:pPr>
              <w:jc w:val="center"/>
            </w:pPr>
            <w:r>
              <w:t>Alba hue hotel</w:t>
            </w:r>
          </w:p>
        </w:tc>
        <w:tc>
          <w:tcPr>
            <w:tcW w:w="1440" w:type="dxa"/>
          </w:tcPr>
          <w:p w14:paraId="7EEA1F6A" w14:textId="77777777" w:rsidR="005A49C7" w:rsidRDefault="00000000">
            <w:pPr>
              <w:jc w:val="center"/>
            </w:pPr>
            <w:r>
              <w:t>Moonlight Hue hotel</w:t>
            </w:r>
          </w:p>
        </w:tc>
        <w:tc>
          <w:tcPr>
            <w:tcW w:w="1440" w:type="dxa"/>
          </w:tcPr>
          <w:p w14:paraId="76C418F8" w14:textId="66D7A100" w:rsidR="005A49C7" w:rsidRDefault="00F95D35">
            <w:pPr>
              <w:jc w:val="center"/>
              <w:rPr>
                <w:lang w:bidi="he-IL"/>
              </w:rPr>
            </w:pPr>
            <w:r>
              <w:t>Alba hue hotel</w:t>
            </w:r>
          </w:p>
        </w:tc>
        <w:tc>
          <w:tcPr>
            <w:tcW w:w="1440" w:type="dxa"/>
          </w:tcPr>
          <w:p w14:paraId="5BFEDED9" w14:textId="0F03C7BE" w:rsidR="005A49C7" w:rsidRDefault="00A747C7" w:rsidP="00A747C7">
            <w:pPr>
              <w:tabs>
                <w:tab w:val="left" w:pos="1068"/>
              </w:tabs>
              <w:jc w:val="center"/>
              <w:rPr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23119872" w14:textId="77777777">
        <w:tc>
          <w:tcPr>
            <w:tcW w:w="1440" w:type="dxa"/>
          </w:tcPr>
          <w:p w14:paraId="40162F72" w14:textId="77777777" w:rsidR="005A49C7" w:rsidRDefault="00000000">
            <w:pPr>
              <w:jc w:val="center"/>
            </w:pPr>
            <w:r>
              <w:t>Hoi an</w:t>
            </w:r>
          </w:p>
        </w:tc>
        <w:tc>
          <w:tcPr>
            <w:tcW w:w="1440" w:type="dxa"/>
          </w:tcPr>
          <w:p w14:paraId="2E2707A6" w14:textId="77777777" w:rsidR="005A49C7" w:rsidRDefault="00000000">
            <w:pPr>
              <w:jc w:val="center"/>
            </w:pPr>
            <w:r>
              <w:t>Little Residence hotel</w:t>
            </w:r>
          </w:p>
        </w:tc>
        <w:tc>
          <w:tcPr>
            <w:tcW w:w="1440" w:type="dxa"/>
          </w:tcPr>
          <w:p w14:paraId="2A5D3FFA" w14:textId="77777777" w:rsidR="005A49C7" w:rsidRDefault="00000000">
            <w:pPr>
              <w:jc w:val="center"/>
            </w:pPr>
            <w:r>
              <w:t>Central Boutique hotel</w:t>
            </w:r>
          </w:p>
        </w:tc>
        <w:tc>
          <w:tcPr>
            <w:tcW w:w="1440" w:type="dxa"/>
          </w:tcPr>
          <w:p w14:paraId="566C1709" w14:textId="60408F2B" w:rsidR="005A49C7" w:rsidRDefault="00886B0E">
            <w:pPr>
              <w:jc w:val="center"/>
            </w:pPr>
            <w:r>
              <w:t xml:space="preserve">Delicacy Hoi </w:t>
            </w:r>
            <w:proofErr w:type="gramStart"/>
            <w:r>
              <w:t>an</w:t>
            </w:r>
            <w:proofErr w:type="gramEnd"/>
            <w:r>
              <w:t xml:space="preserve"> hotel</w:t>
            </w:r>
          </w:p>
        </w:tc>
        <w:tc>
          <w:tcPr>
            <w:tcW w:w="1440" w:type="dxa"/>
          </w:tcPr>
          <w:p w14:paraId="0BBC9D79" w14:textId="27C15E02" w:rsidR="005A49C7" w:rsidRDefault="00886B0E">
            <w:pPr>
              <w:jc w:val="center"/>
            </w:pPr>
            <w:r>
              <w:t xml:space="preserve">Delicacy Hoi </w:t>
            </w:r>
            <w:proofErr w:type="gramStart"/>
            <w:r>
              <w:t>an</w:t>
            </w:r>
            <w:proofErr w:type="gramEnd"/>
            <w:r>
              <w:t xml:space="preserve"> hotel</w:t>
            </w:r>
          </w:p>
        </w:tc>
        <w:tc>
          <w:tcPr>
            <w:tcW w:w="1440" w:type="dxa"/>
          </w:tcPr>
          <w:p w14:paraId="5DF1DF55" w14:textId="0EA8CD9E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00C715D0" w14:textId="77777777">
        <w:tc>
          <w:tcPr>
            <w:tcW w:w="1440" w:type="dxa"/>
          </w:tcPr>
          <w:p w14:paraId="75121BB6" w14:textId="77777777" w:rsidR="005A49C7" w:rsidRDefault="00000000">
            <w:pPr>
              <w:jc w:val="center"/>
            </w:pPr>
            <w:r>
              <w:t>Saigon</w:t>
            </w:r>
          </w:p>
        </w:tc>
        <w:tc>
          <w:tcPr>
            <w:tcW w:w="1440" w:type="dxa"/>
          </w:tcPr>
          <w:p w14:paraId="52BE0E33" w14:textId="77777777" w:rsidR="005A49C7" w:rsidRDefault="00000000">
            <w:pPr>
              <w:jc w:val="center"/>
            </w:pPr>
            <w:r>
              <w:t>Odys Boutique hotel</w:t>
            </w:r>
          </w:p>
        </w:tc>
        <w:tc>
          <w:tcPr>
            <w:tcW w:w="1440" w:type="dxa"/>
          </w:tcPr>
          <w:p w14:paraId="6033A8BF" w14:textId="77777777" w:rsidR="005A49C7" w:rsidRDefault="00000000">
            <w:pPr>
              <w:jc w:val="center"/>
            </w:pPr>
            <w:r>
              <w:t>Eden Saigon hotel</w:t>
            </w:r>
          </w:p>
        </w:tc>
        <w:tc>
          <w:tcPr>
            <w:tcW w:w="1440" w:type="dxa"/>
          </w:tcPr>
          <w:p w14:paraId="38DD88A5" w14:textId="77777777" w:rsidR="005A49C7" w:rsidRDefault="00000000">
            <w:pPr>
              <w:jc w:val="center"/>
            </w:pPr>
            <w:r>
              <w:t>Orchids Saigon hotel</w:t>
            </w:r>
          </w:p>
        </w:tc>
        <w:tc>
          <w:tcPr>
            <w:tcW w:w="1440" w:type="dxa"/>
          </w:tcPr>
          <w:p w14:paraId="25CFF2F1" w14:textId="4BF6C8B1" w:rsidR="005A49C7" w:rsidRDefault="00886B0E">
            <w:pPr>
              <w:jc w:val="center"/>
            </w:pPr>
            <w:r>
              <w:t>Orchids Saigon hotel</w:t>
            </w:r>
          </w:p>
        </w:tc>
        <w:tc>
          <w:tcPr>
            <w:tcW w:w="1440" w:type="dxa"/>
          </w:tcPr>
          <w:p w14:paraId="35A7C897" w14:textId="746A2251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  <w:tr w:rsidR="005A49C7" w14:paraId="4DD52B6D" w14:textId="77777777">
        <w:tc>
          <w:tcPr>
            <w:tcW w:w="1440" w:type="dxa"/>
          </w:tcPr>
          <w:p w14:paraId="709C6E94" w14:textId="77777777" w:rsidR="005A49C7" w:rsidRDefault="00000000">
            <w:pPr>
              <w:jc w:val="center"/>
            </w:pPr>
            <w:r>
              <w:t xml:space="preserve">Siem </w:t>
            </w:r>
            <w:proofErr w:type="spellStart"/>
            <w:r>
              <w:t>riep</w:t>
            </w:r>
            <w:proofErr w:type="spellEnd"/>
          </w:p>
        </w:tc>
        <w:tc>
          <w:tcPr>
            <w:tcW w:w="1440" w:type="dxa"/>
          </w:tcPr>
          <w:p w14:paraId="3C4B0F70" w14:textId="77777777" w:rsidR="005A49C7" w:rsidRDefault="00000000">
            <w:pPr>
              <w:jc w:val="center"/>
            </w:pPr>
            <w:r>
              <w:t>Khmer Mansion Boutique hotel</w:t>
            </w:r>
          </w:p>
        </w:tc>
        <w:tc>
          <w:tcPr>
            <w:tcW w:w="1440" w:type="dxa"/>
          </w:tcPr>
          <w:p w14:paraId="269C21D1" w14:textId="77777777" w:rsidR="005A49C7" w:rsidRDefault="00000000">
            <w:pPr>
              <w:jc w:val="center"/>
            </w:pPr>
            <w:proofErr w:type="spellStart"/>
            <w:r>
              <w:t>Koulen</w:t>
            </w:r>
            <w:proofErr w:type="spellEnd"/>
            <w:r>
              <w:t xml:space="preserve"> Central hotel</w:t>
            </w:r>
          </w:p>
        </w:tc>
        <w:tc>
          <w:tcPr>
            <w:tcW w:w="1440" w:type="dxa"/>
          </w:tcPr>
          <w:p w14:paraId="4ECA1881" w14:textId="77777777" w:rsidR="005A49C7" w:rsidRDefault="00000000">
            <w:pPr>
              <w:jc w:val="center"/>
            </w:pPr>
            <w:r>
              <w:t>Mony Reach Angkor hotel</w:t>
            </w:r>
          </w:p>
        </w:tc>
        <w:tc>
          <w:tcPr>
            <w:tcW w:w="1440" w:type="dxa"/>
          </w:tcPr>
          <w:p w14:paraId="3A1AF4F0" w14:textId="2E21936C" w:rsidR="005A49C7" w:rsidRDefault="00886B0E">
            <w:pPr>
              <w:jc w:val="center"/>
            </w:pPr>
            <w:r>
              <w:t>Khmer Mansion Boutique hotel</w:t>
            </w:r>
          </w:p>
        </w:tc>
        <w:tc>
          <w:tcPr>
            <w:tcW w:w="1440" w:type="dxa"/>
          </w:tcPr>
          <w:p w14:paraId="3733807E" w14:textId="4E96DEDB" w:rsidR="005A49C7" w:rsidRDefault="00A747C7" w:rsidP="00A747C7">
            <w:pPr>
              <w:tabs>
                <w:tab w:val="left" w:pos="1068"/>
              </w:tabs>
              <w:jc w:val="center"/>
              <w:rPr>
                <w:rFonts w:hint="cs"/>
                <w:lang w:bidi="he-IL"/>
              </w:rPr>
            </w:pPr>
            <w:r>
              <w:rPr>
                <w:rFonts w:hint="cs"/>
                <w:rtl/>
                <w:lang w:bidi="he-IL"/>
              </w:rPr>
              <w:t xml:space="preserve"> </w:t>
            </w:r>
          </w:p>
        </w:tc>
      </w:tr>
    </w:tbl>
    <w:p w14:paraId="05EFE3A5" w14:textId="77777777" w:rsidR="00080E61" w:rsidRDefault="00080E61"/>
    <w:sectPr w:rsidR="00080E6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6658030">
    <w:abstractNumId w:val="8"/>
  </w:num>
  <w:num w:numId="2" w16cid:durableId="1734040471">
    <w:abstractNumId w:val="6"/>
  </w:num>
  <w:num w:numId="3" w16cid:durableId="916088402">
    <w:abstractNumId w:val="5"/>
  </w:num>
  <w:num w:numId="4" w16cid:durableId="1859387826">
    <w:abstractNumId w:val="4"/>
  </w:num>
  <w:num w:numId="5" w16cid:durableId="1858958257">
    <w:abstractNumId w:val="7"/>
  </w:num>
  <w:num w:numId="6" w16cid:durableId="1390764320">
    <w:abstractNumId w:val="3"/>
  </w:num>
  <w:num w:numId="7" w16cid:durableId="1089542232">
    <w:abstractNumId w:val="2"/>
  </w:num>
  <w:num w:numId="8" w16cid:durableId="359938729">
    <w:abstractNumId w:val="1"/>
  </w:num>
  <w:num w:numId="9" w16cid:durableId="7021699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E61"/>
    <w:rsid w:val="0015074B"/>
    <w:rsid w:val="0029639D"/>
    <w:rsid w:val="00326F90"/>
    <w:rsid w:val="005A49C7"/>
    <w:rsid w:val="00886B0E"/>
    <w:rsid w:val="00A747C7"/>
    <w:rsid w:val="00AA1D8D"/>
    <w:rsid w:val="00B35F91"/>
    <w:rsid w:val="00B47730"/>
    <w:rsid w:val="00CB0664"/>
    <w:rsid w:val="00DD01D8"/>
    <w:rsid w:val="00E57A29"/>
    <w:rsid w:val="00F95D3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8199CE5"/>
  <w14:defaultImageDpi w14:val="300"/>
  <w15:docId w15:val="{1FD96FF8-DB66-41A3-A3A3-E9A5B3262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כותרת עליונה תו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כותרת תחתונה תו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כותרת 1 תו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כותרת 2 תו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כותרת 3 תו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כותרת טקסט תו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כותרת משנה תו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גוף טקסט תו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גוף טקסט 2 תו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גוף טקסט 3 תו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טקסט מאקרו תו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ציטוט תו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כותרת 4 תו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כותרת 5 תו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כותרת 6 תו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כותרת 7 תו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כותרת 8 תו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כותרת 9 תו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ציטוט חזק תו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42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0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130</Words>
  <Characters>627</Characters>
  <Application>Microsoft Office Word</Application>
  <DocSecurity>0</DocSecurity>
  <Lines>104</Lines>
  <Paragraphs>58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Shimon Peretz</cp:lastModifiedBy>
  <cp:revision>3</cp:revision>
  <dcterms:created xsi:type="dcterms:W3CDTF">2013-12-23T23:15:00Z</dcterms:created>
  <dcterms:modified xsi:type="dcterms:W3CDTF">2026-08-28T07:00:00Z</dcterms:modified>
  <cp:category/>
</cp:coreProperties>
</file>